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eastAsia="Calibri"/>
          <w:b/>
          <w:sz w:val="32"/>
        </w:rPr>
        <w:t>El Paraíso Golf Club — how to open your Drive folder</w:t>
      </w:r>
    </w:p>
    <w:p>
      <w:pPr>
        <w:spacing w:after="160"/>
      </w:pPr>
      <w:r>
        <w:rPr>
          <w:rFonts w:ascii="Calibri" w:hAnsi="Calibri" w:eastAsia="Calibri"/>
          <w:b w:val="0"/>
          <w:sz w:val="22"/>
        </w:rPr>
        <w:t xml:space="preserve">One page for every role. Fill in the boxes, then follow the steps. Drive uses your </w:t>
      </w:r>
      <w:r>
        <w:rPr>
          <w:rFonts w:ascii="Calibri" w:hAnsi="Calibri" w:eastAsia="Calibri"/>
          <w:b/>
          <w:sz w:val="22"/>
        </w:rPr>
        <w:t>personal Google email</w:t>
      </w:r>
      <w:r>
        <w:rPr>
          <w:rFonts w:ascii="Calibri" w:hAnsi="Calibri" w:eastAsia="Calibri"/>
          <w:b w:val="0"/>
          <w:sz w:val="22"/>
        </w:rPr>
        <w:t>, not the role mailbox.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159"/>
        <w:gridCol w:w="5159"/>
      </w:tblGrid>
      <w:tr>
        <w:tc>
          <w:tcPr>
            <w:tcW w:type="dxa" w:w="2381"/>
            <w:tcBorders>
              <w:top w:val="single" w:sz="8" w:color="333333"/>
              <w:left w:val="single" w:sz="8" w:color="333333"/>
              <w:bottom w:val="single" w:sz="8" w:color="333333"/>
              <w:right w:val="single" w:sz="8" w:color="333333"/>
            </w:tcBorders>
            <w:shd w:fill="F3F3F3" w:val="clear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/>
                <w:sz w:val="22"/>
              </w:rPr>
              <w:t>Role</w:t>
            </w:r>
          </w:p>
        </w:tc>
        <w:tc>
          <w:tcPr>
            <w:tcW w:type="dxa" w:w="7824"/>
            <w:tcBorders>
              <w:top w:val="single" w:sz="8" w:color="333333"/>
              <w:left w:val="single" w:sz="8" w:color="333333"/>
              <w:bottom w:val="single" w:sz="8" w:color="333333"/>
              <w:right w:val="single" w:sz="8" w:color="333333"/>
            </w:tcBorders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sz w:val="22"/>
              </w:rPr>
              <w:t>______________________________</w:t>
            </w:r>
          </w:p>
        </w:tc>
      </w:tr>
      <w:tr>
        <w:tc>
          <w:tcPr>
            <w:tcW w:type="dxa" w:w="2381"/>
            <w:tcBorders>
              <w:top w:val="single" w:sz="8" w:color="333333"/>
              <w:left w:val="single" w:sz="8" w:color="333333"/>
              <w:bottom w:val="single" w:sz="8" w:color="333333"/>
              <w:right w:val="single" w:sz="8" w:color="333333"/>
            </w:tcBorders>
            <w:shd w:fill="F3F3F3" w:val="clear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/>
                <w:sz w:val="22"/>
              </w:rPr>
              <w:t>Your Google email</w:t>
            </w:r>
          </w:p>
        </w:tc>
        <w:tc>
          <w:tcPr>
            <w:tcW w:type="dxa" w:w="7824"/>
            <w:tcBorders>
              <w:top w:val="single" w:sz="8" w:color="333333"/>
              <w:left w:val="single" w:sz="8" w:color="333333"/>
              <w:bottom w:val="single" w:sz="8" w:color="333333"/>
              <w:right w:val="single" w:sz="8" w:color="333333"/>
            </w:tcBorders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sz w:val="22"/>
              </w:rPr>
              <w:t>______________________________   (the one the club has shared with)</w:t>
            </w:r>
          </w:p>
        </w:tc>
      </w:tr>
      <w:tr>
        <w:tc>
          <w:tcPr>
            <w:tcW w:type="dxa" w:w="2381"/>
            <w:tcBorders>
              <w:top w:val="single" w:sz="8" w:color="333333"/>
              <w:left w:val="single" w:sz="8" w:color="333333"/>
              <w:bottom w:val="single" w:sz="8" w:color="333333"/>
              <w:right w:val="single" w:sz="8" w:color="333333"/>
            </w:tcBorders>
            <w:shd w:fill="F3F3F3" w:val="clear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/>
                <w:sz w:val="22"/>
              </w:rPr>
              <w:t>Event Register</w:t>
            </w:r>
          </w:p>
        </w:tc>
        <w:tc>
          <w:tcPr>
            <w:tcW w:type="dxa" w:w="7824"/>
            <w:tcBorders>
              <w:top w:val="single" w:sz="8" w:color="333333"/>
              <w:left w:val="single" w:sz="8" w:color="333333"/>
              <w:bottom w:val="single" w:sz="8" w:color="333333"/>
              <w:right w:val="single" w:sz="8" w:color="333333"/>
            </w:tcBorders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sz w:val="22"/>
              </w:rPr>
              <w:t>https://elparaisoeventreg.scala4.com/    or    https://member.elparaisogolf.com/</w:t>
            </w:r>
          </w:p>
        </w:tc>
      </w:tr>
      <w:tr>
        <w:tc>
          <w:tcPr>
            <w:tcW w:type="dxa" w:w="2381"/>
            <w:tcBorders>
              <w:top w:val="single" w:sz="8" w:color="333333"/>
              <w:left w:val="single" w:sz="8" w:color="333333"/>
              <w:bottom w:val="single" w:sz="8" w:color="333333"/>
              <w:right w:val="single" w:sz="8" w:color="333333"/>
            </w:tcBorders>
            <w:shd w:fill="F3F3F3" w:val="clear"/>
          </w:tcPr>
          <w:p>
            <w:pPr>
              <w:spacing w:after="40" w:before="40"/>
            </w:pPr>
            <w:r>
              <w:rPr>
                <w:rFonts w:ascii="Calibri" w:hAnsi="Calibri" w:eastAsia="Calibri"/>
                <w:b/>
                <w:sz w:val="22"/>
              </w:rPr>
              <w:t>Member ID</w:t>
            </w:r>
          </w:p>
        </w:tc>
        <w:tc>
          <w:tcPr>
            <w:tcW w:type="dxa" w:w="7824"/>
            <w:tcBorders>
              <w:top w:val="single" w:sz="8" w:color="333333"/>
              <w:left w:val="single" w:sz="8" w:color="333333"/>
              <w:bottom w:val="single" w:sz="8" w:color="333333"/>
              <w:right w:val="single" w:sz="8" w:color="333333"/>
            </w:tcBorders>
          </w:tcPr>
          <w:p>
            <w:pPr>
              <w:spacing w:after="40" w:before="40"/>
            </w:pPr>
            <w:r>
              <w:rPr>
                <w:rFonts w:ascii="Calibri" w:hAnsi="Calibri" w:eastAsia="Calibri"/>
                <w:b w:val="0"/>
                <w:sz w:val="22"/>
              </w:rPr>
              <w:t>______________________________</w:t>
            </w:r>
          </w:p>
        </w:tc>
      </w:tr>
    </w:tbl>
    <w:p/>
    <w:p>
      <w:pPr>
        <w:spacing w:before="160" w:after="60"/>
        <w:pBdr>
          <w:bottom w:val="single" w:sz="6" w:space="1" w:color="333333"/>
        </w:pBdr>
      </w:pPr>
      <w:r>
        <w:rPr>
          <w:rFonts w:ascii="Calibri" w:hAnsi="Calibri" w:eastAsia="Calibri"/>
          <w:b/>
          <w:sz w:val="24"/>
        </w:rPr>
        <w:t>1. Sign in to Chrome (or your browser) first</w:t>
      </w:r>
    </w:p>
    <w:p>
      <w:pPr>
        <w:pStyle w:val="ListNumber"/>
        <w:spacing w:after="40" w:before="0"/>
      </w:pPr>
      <w:r>
        <w:rPr>
          <w:rFonts w:ascii="Calibri" w:hAnsi="Calibri" w:eastAsia="Calibri"/>
          <w:b w:val="0"/>
          <w:sz w:val="22"/>
        </w:rPr>
        <w:t>Open Chrome (or Edge / Safari / Firefox).</w:t>
      </w:r>
    </w:p>
    <w:p>
      <w:pPr>
        <w:pStyle w:val="ListNumber"/>
        <w:spacing w:after="40" w:before="0"/>
      </w:pPr>
      <w:r>
        <w:rPr>
          <w:rFonts w:ascii="Calibri" w:hAnsi="Calibri" w:eastAsia="Calibri"/>
          <w:b w:val="0"/>
          <w:sz w:val="22"/>
        </w:rPr>
        <w:t xml:space="preserve">Click the round picture in the </w:t>
      </w:r>
      <w:r>
        <w:rPr>
          <w:rFonts w:ascii="Calibri" w:hAnsi="Calibri" w:eastAsia="Calibri"/>
          <w:b/>
          <w:sz w:val="22"/>
        </w:rPr>
        <w:t>top right</w:t>
      </w:r>
      <w:r>
        <w:rPr>
          <w:rFonts w:ascii="Calibri" w:hAnsi="Calibri" w:eastAsia="Calibri"/>
          <w:b w:val="0"/>
          <w:sz w:val="22"/>
        </w:rPr>
        <w:t xml:space="preserve"> of the browser (or go to </w:t>
      </w:r>
      <w:r>
        <w:rPr>
          <w:rFonts w:ascii="Calibri" w:hAnsi="Calibri" w:eastAsia="Calibri"/>
          <w:b/>
          <w:sz w:val="22"/>
        </w:rPr>
        <w:t>gmail.com</w:t>
      </w:r>
      <w:r>
        <w:rPr>
          <w:rFonts w:ascii="Calibri" w:hAnsi="Calibri" w:eastAsia="Calibri"/>
          <w:b w:val="0"/>
          <w:sz w:val="22"/>
        </w:rPr>
        <w:t xml:space="preserve"> / </w:t>
      </w:r>
      <w:r>
        <w:rPr>
          <w:rFonts w:ascii="Calibri" w:hAnsi="Calibri" w:eastAsia="Calibri"/>
          <w:b/>
          <w:sz w:val="22"/>
        </w:rPr>
        <w:t>drive.google.com</w:t>
      </w:r>
      <w:r>
        <w:rPr>
          <w:rFonts w:ascii="Calibri" w:hAnsi="Calibri" w:eastAsia="Calibri"/>
          <w:b w:val="0"/>
          <w:sz w:val="22"/>
        </w:rPr>
        <w:t>).</w:t>
      </w:r>
    </w:p>
    <w:p>
      <w:pPr>
        <w:pStyle w:val="ListNumber"/>
        <w:spacing w:after="40" w:before="0"/>
      </w:pPr>
      <w:r>
        <w:rPr>
          <w:rFonts w:ascii="Calibri" w:hAnsi="Calibri" w:eastAsia="Calibri"/>
          <w:b w:val="0"/>
          <w:sz w:val="22"/>
        </w:rPr>
        <w:t xml:space="preserve">Sign in with </w:t>
      </w:r>
      <w:r>
        <w:rPr>
          <w:rFonts w:ascii="Calibri" w:hAnsi="Calibri" w:eastAsia="Calibri"/>
          <w:b/>
          <w:sz w:val="22"/>
        </w:rPr>
        <w:t>your Google email</w:t>
      </w:r>
      <w:r>
        <w:rPr>
          <w:rFonts w:ascii="Calibri" w:hAnsi="Calibri" w:eastAsia="Calibri"/>
          <w:b w:val="0"/>
          <w:sz w:val="22"/>
        </w:rPr>
        <w:t xml:space="preserve"> from the box above. Check the email on screen — it must match.</w:t>
      </w:r>
    </w:p>
    <w:p>
      <w:pPr>
        <w:pStyle w:val="ListNumber"/>
        <w:spacing w:after="40" w:before="0"/>
      </w:pPr>
      <w:r>
        <w:rPr>
          <w:rFonts w:ascii="Calibri" w:hAnsi="Calibri" w:eastAsia="Calibri"/>
          <w:b w:val="0"/>
          <w:sz w:val="22"/>
        </w:rPr>
        <w:t>If more than one account is listed, click yours. Do not pick a role account such as secretary@, finance@, chairman@.</w:t>
      </w:r>
    </w:p>
    <w:p>
      <w:pPr>
        <w:spacing w:before="160" w:after="60"/>
        <w:pBdr>
          <w:bottom w:val="single" w:sz="6" w:space="1" w:color="333333"/>
        </w:pBdr>
      </w:pPr>
      <w:r>
        <w:rPr>
          <w:rFonts w:ascii="Calibri" w:hAnsi="Calibri" w:eastAsia="Calibri"/>
          <w:b/>
          <w:sz w:val="24"/>
        </w:rPr>
        <w:t>2. Open the Event Register</w:t>
      </w:r>
    </w:p>
    <w:p>
      <w:pPr>
        <w:pStyle w:val="ListNumber"/>
        <w:spacing w:after="40" w:before="0"/>
      </w:pPr>
      <w:r>
        <w:rPr>
          <w:rFonts w:ascii="Calibri" w:hAnsi="Calibri" w:eastAsia="Calibri"/>
          <w:b w:val="0"/>
          <w:sz w:val="22"/>
        </w:rPr>
        <w:t>Go to the Event Register address above.</w:t>
      </w:r>
    </w:p>
    <w:p>
      <w:pPr>
        <w:pStyle w:val="ListNumber"/>
        <w:spacing w:after="40" w:before="0"/>
      </w:pPr>
      <w:r>
        <w:rPr>
          <w:rFonts w:ascii="Calibri" w:hAnsi="Calibri" w:eastAsia="Calibri"/>
          <w:b w:val="0"/>
          <w:sz w:val="22"/>
        </w:rPr>
        <w:t xml:space="preserve">Log in with your </w:t>
      </w:r>
      <w:r>
        <w:rPr>
          <w:rFonts w:ascii="Calibri" w:hAnsi="Calibri" w:eastAsia="Calibri"/>
          <w:b/>
          <w:sz w:val="22"/>
        </w:rPr>
        <w:t>member ID</w:t>
      </w:r>
      <w:r>
        <w:rPr>
          <w:rFonts w:ascii="Calibri" w:hAnsi="Calibri" w:eastAsia="Calibri"/>
          <w:b w:val="0"/>
          <w:sz w:val="22"/>
        </w:rPr>
        <w:t xml:space="preserve"> and password.</w:t>
      </w:r>
    </w:p>
    <w:p>
      <w:pPr>
        <w:pStyle w:val="ListNumber"/>
        <w:spacing w:after="40" w:before="0"/>
      </w:pPr>
      <w:r>
        <w:rPr>
          <w:rFonts w:ascii="Calibri" w:hAnsi="Calibri" w:eastAsia="Calibri"/>
          <w:b w:val="0"/>
          <w:sz w:val="22"/>
        </w:rPr>
        <w:t xml:space="preserve">Click </w:t>
      </w:r>
      <w:r>
        <w:rPr>
          <w:rFonts w:ascii="Calibri" w:hAnsi="Calibri" w:eastAsia="Calibri"/>
          <w:b/>
          <w:sz w:val="22"/>
        </w:rPr>
        <w:t>My Role</w:t>
      </w:r>
      <w:r>
        <w:rPr>
          <w:rFonts w:ascii="Calibri" w:hAnsi="Calibri" w:eastAsia="Calibri"/>
          <w:b w:val="0"/>
          <w:sz w:val="22"/>
        </w:rPr>
        <w:t xml:space="preserve"> → </w:t>
      </w:r>
      <w:r>
        <w:rPr>
          <w:rFonts w:ascii="Calibri" w:hAnsi="Calibri" w:eastAsia="Calibri"/>
          <w:b/>
          <w:sz w:val="22"/>
        </w:rPr>
        <w:t>My Google Drive Directory</w:t>
      </w:r>
      <w:r>
        <w:rPr>
          <w:rFonts w:ascii="Calibri" w:hAnsi="Calibri" w:eastAsia="Calibri"/>
          <w:b w:val="0"/>
          <w:sz w:val="22"/>
        </w:rPr>
        <w:t xml:space="preserve"> (or the Drive button for your role).</w:t>
      </w:r>
    </w:p>
    <w:p>
      <w:pPr>
        <w:spacing w:before="160" w:after="60"/>
        <w:pBdr>
          <w:bottom w:val="single" w:sz="6" w:space="1" w:color="333333"/>
        </w:pBdr>
      </w:pPr>
      <w:r>
        <w:rPr>
          <w:rFonts w:ascii="Calibri" w:hAnsi="Calibri" w:eastAsia="Calibri"/>
          <w:b/>
          <w:sz w:val="24"/>
        </w:rPr>
        <w:t>3. Find EPGC Root</w:t>
      </w:r>
    </w:p>
    <w:p>
      <w:pPr>
        <w:pStyle w:val="ListNumber"/>
        <w:spacing w:after="40" w:before="0"/>
      </w:pPr>
      <w:r>
        <w:rPr>
          <w:rFonts w:ascii="Calibri" w:hAnsi="Calibri" w:eastAsia="Calibri"/>
          <w:b w:val="0"/>
          <w:sz w:val="22"/>
        </w:rPr>
        <w:t xml:space="preserve">Google Drive opens. Confirm the top-right Google account is still </w:t>
      </w:r>
      <w:r>
        <w:rPr>
          <w:rFonts w:ascii="Calibri" w:hAnsi="Calibri" w:eastAsia="Calibri"/>
          <w:b/>
          <w:sz w:val="22"/>
        </w:rPr>
        <w:t>your email</w:t>
      </w:r>
      <w:r>
        <w:rPr>
          <w:rFonts w:ascii="Calibri" w:hAnsi="Calibri" w:eastAsia="Calibri"/>
          <w:b w:val="0"/>
          <w:sz w:val="22"/>
        </w:rPr>
        <w:t>.</w:t>
      </w:r>
    </w:p>
    <w:p>
      <w:pPr>
        <w:pStyle w:val="ListNumber"/>
        <w:spacing w:after="40" w:before="0"/>
      </w:pPr>
      <w:r>
        <w:rPr>
          <w:rFonts w:ascii="Calibri" w:hAnsi="Calibri" w:eastAsia="Calibri"/>
          <w:b w:val="0"/>
          <w:sz w:val="22"/>
        </w:rPr>
        <w:t xml:space="preserve">If you see your own files only: left menu → </w:t>
      </w:r>
      <w:r>
        <w:rPr>
          <w:rFonts w:ascii="Calibri" w:hAnsi="Calibri" w:eastAsia="Calibri"/>
          <w:b/>
          <w:sz w:val="22"/>
        </w:rPr>
        <w:t>Shared with me</w:t>
      </w:r>
      <w:r>
        <w:rPr>
          <w:rFonts w:ascii="Calibri" w:hAnsi="Calibri" w:eastAsia="Calibri"/>
          <w:b w:val="0"/>
          <w:sz w:val="22"/>
        </w:rPr>
        <w:t xml:space="preserve"> → open </w:t>
      </w:r>
      <w:r>
        <w:rPr>
          <w:rFonts w:ascii="Calibri" w:hAnsi="Calibri" w:eastAsia="Calibri"/>
          <w:b/>
          <w:sz w:val="22"/>
        </w:rPr>
        <w:t>EPGC Root</w:t>
      </w:r>
      <w:r>
        <w:rPr>
          <w:rFonts w:ascii="Calibri" w:hAnsi="Calibri" w:eastAsia="Calibri"/>
          <w:b w:val="0"/>
          <w:sz w:val="22"/>
        </w:rPr>
        <w:t xml:space="preserve"> (or your role folder).</w:t>
      </w:r>
    </w:p>
    <w:p>
      <w:pPr>
        <w:pStyle w:val="ListNumber"/>
        <w:spacing w:after="40" w:before="0"/>
      </w:pPr>
      <w:r>
        <w:rPr>
          <w:rFonts w:ascii="Calibri" w:hAnsi="Calibri" w:eastAsia="Calibri"/>
          <w:b w:val="0"/>
          <w:sz w:val="22"/>
        </w:rPr>
        <w:t xml:space="preserve">Optional: right-click the folder → </w:t>
      </w:r>
      <w:r>
        <w:rPr>
          <w:rFonts w:ascii="Calibri" w:hAnsi="Calibri" w:eastAsia="Calibri"/>
          <w:b/>
          <w:sz w:val="22"/>
        </w:rPr>
        <w:t>Organise</w:t>
      </w:r>
      <w:r>
        <w:rPr>
          <w:rFonts w:ascii="Calibri" w:hAnsi="Calibri" w:eastAsia="Calibri"/>
          <w:b w:val="0"/>
          <w:sz w:val="22"/>
        </w:rPr>
        <w:t xml:space="preserve"> → </w:t>
      </w:r>
      <w:r>
        <w:rPr>
          <w:rFonts w:ascii="Calibri" w:hAnsi="Calibri" w:eastAsia="Calibri"/>
          <w:b/>
          <w:sz w:val="22"/>
        </w:rPr>
        <w:t>Add shortcut to My Drive</w:t>
      </w:r>
      <w:r>
        <w:rPr>
          <w:rFonts w:ascii="Calibri" w:hAnsi="Calibri" w:eastAsia="Calibri"/>
          <w:b w:val="0"/>
          <w:sz w:val="22"/>
        </w:rPr>
        <w:t xml:space="preserve"> so it stays easy to find.</w:t>
      </w:r>
    </w:p>
    <w:p>
      <w:pPr>
        <w:spacing w:before="160" w:after="60"/>
        <w:pBdr>
          <w:bottom w:val="single" w:sz="6" w:space="1" w:color="333333"/>
        </w:pBdr>
      </w:pPr>
      <w:r>
        <w:rPr>
          <w:rFonts w:ascii="Calibri" w:hAnsi="Calibri" w:eastAsia="Calibri"/>
          <w:b/>
          <w:sz w:val="24"/>
        </w:rPr>
        <w:t>Mail and Drive are different</w:t>
      </w:r>
    </w:p>
    <w:p>
      <w:pPr>
        <w:pStyle w:val="ListBullet"/>
        <w:spacing w:after="40" w:before="0"/>
      </w:pPr>
      <w:r>
        <w:rPr>
          <w:rFonts w:ascii="Calibri" w:hAnsi="Calibri" w:eastAsia="Calibri"/>
          <w:b/>
          <w:sz w:val="22"/>
        </w:rPr>
        <w:t>Webmail</w:t>
      </w:r>
      <w:r>
        <w:rPr>
          <w:rFonts w:ascii="Calibri" w:hAnsi="Calibri" w:eastAsia="Calibri"/>
          <w:b w:val="0"/>
          <w:sz w:val="22"/>
        </w:rPr>
        <w:t xml:space="preserve"> = role mailbox (secretary@, finance@, …) for club email.</w:t>
      </w:r>
    </w:p>
    <w:p>
      <w:pPr>
        <w:pStyle w:val="ListBullet"/>
        <w:spacing w:after="40" w:before="0"/>
      </w:pPr>
      <w:r>
        <w:rPr>
          <w:rFonts w:ascii="Calibri" w:hAnsi="Calibri" w:eastAsia="Calibri"/>
          <w:b/>
          <w:sz w:val="22"/>
        </w:rPr>
        <w:t>Drive</w:t>
      </w:r>
      <w:r>
        <w:rPr>
          <w:rFonts w:ascii="Calibri" w:hAnsi="Calibri" w:eastAsia="Calibri"/>
          <w:b w:val="0"/>
          <w:sz w:val="22"/>
        </w:rPr>
        <w:t xml:space="preserve"> = your own Google email. Never log into a role mailbox just to use Drive.</w:t>
      </w:r>
    </w:p>
    <w:p>
      <w:pPr>
        <w:spacing w:before="160" w:after="60"/>
        <w:pBdr>
          <w:bottom w:val="single" w:sz="6" w:space="1" w:color="333333"/>
        </w:pBdr>
      </w:pPr>
      <w:r>
        <w:rPr>
          <w:rFonts w:ascii="Calibri" w:hAnsi="Calibri" w:eastAsia="Calibri"/>
          <w:b/>
          <w:sz w:val="24"/>
        </w:rPr>
        <w:t>If something looks wrong</w:t>
      </w:r>
    </w:p>
    <w:p>
      <w:pPr>
        <w:pStyle w:val="ListBullet"/>
        <w:spacing w:after="40" w:before="0"/>
      </w:pPr>
      <w:r>
        <w:rPr>
          <w:rFonts w:ascii="Calibri" w:hAnsi="Calibri" w:eastAsia="Calibri"/>
          <w:b/>
          <w:sz w:val="22"/>
        </w:rPr>
        <w:t xml:space="preserve">Wrong files / no EPGC Root: </w:t>
      </w:r>
      <w:r>
        <w:rPr>
          <w:rFonts w:ascii="Calibri" w:hAnsi="Calibri" w:eastAsia="Calibri"/>
          <w:b w:val="0"/>
          <w:sz w:val="22"/>
        </w:rPr>
        <w:t>wrong Google account. Top right → switch to your email, then Shared with me.</w:t>
      </w:r>
    </w:p>
    <w:p>
      <w:pPr>
        <w:pStyle w:val="ListBullet"/>
        <w:spacing w:after="40" w:before="0"/>
      </w:pPr>
      <w:r>
        <w:rPr>
          <w:rFonts w:ascii="Calibri" w:hAnsi="Calibri" w:eastAsia="Calibri"/>
          <w:b/>
          <w:sz w:val="22"/>
        </w:rPr>
        <w:t xml:space="preserve">“Request access”: </w:t>
      </w:r>
      <w:r>
        <w:rPr>
          <w:rFonts w:ascii="Calibri" w:hAnsi="Calibri" w:eastAsia="Calibri"/>
          <w:b w:val="0"/>
          <w:sz w:val="22"/>
        </w:rPr>
        <w:t>stop. Switch Google account to the email in the box. Do not send a request from another Gmail.</w:t>
      </w:r>
    </w:p>
    <w:p>
      <w:pPr>
        <w:pStyle w:val="ListBullet"/>
        <w:spacing w:after="40" w:before="0"/>
      </w:pPr>
      <w:r>
        <w:rPr>
          <w:rFonts w:ascii="Calibri" w:hAnsi="Calibri" w:eastAsia="Calibri"/>
          <w:b/>
          <w:sz w:val="22"/>
        </w:rPr>
        <w:t xml:space="preserve">Still stuck: </w:t>
      </w:r>
      <w:r>
        <w:rPr>
          <w:rFonts w:ascii="Calibri" w:hAnsi="Calibri" w:eastAsia="Calibri"/>
          <w:b w:val="0"/>
          <w:sz w:val="22"/>
        </w:rPr>
        <w:t>tell the administrator your role and the Google email shown top right in Drive.</w:t>
      </w:r>
    </w:p>
    <w:p>
      <w:pPr>
        <w:spacing w:before="160"/>
      </w:pPr>
      <w:r>
        <w:rPr>
          <w:rFonts w:ascii="Calibri" w:hAnsi="Calibri" w:eastAsia="Calibri"/>
          <w:b w:val="0"/>
          <w:color w:val="444444"/>
          <w:sz w:val="20"/>
        </w:rPr>
        <w:t>Do not use club admin Google accounts. Do not open a Drive share from Webmail while signed in as someone else. When you leave the role, your email is removed from the folder; the next person uses the same steps with their email.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59" w:lineRule="auto"/>
    </w:pPr>
    <w:rPr>
      <w:rFonts w:ascii="Calibri" w:hAnsi="Calibri"/>
      <w:color w:val="222222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